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DD6C" w14:textId="77777777" w:rsidR="00D93E74" w:rsidRPr="00C654A6" w:rsidRDefault="007F247D" w:rsidP="00C654A6">
      <w:pPr>
        <w:spacing w:after="0"/>
        <w:jc w:val="center"/>
      </w:pPr>
      <w:r w:rsidRPr="00C654A6">
        <w:rPr>
          <w:b/>
          <w:color w:val="102A43"/>
          <w:sz w:val="44"/>
        </w:rPr>
        <w:t>FATİH ÇAKIR</w:t>
      </w:r>
    </w:p>
    <w:p w14:paraId="31ADEAE3" w14:textId="77777777" w:rsidR="00D93E74" w:rsidRPr="00C654A6" w:rsidRDefault="007F247D" w:rsidP="00C654A6">
      <w:pPr>
        <w:spacing w:after="100"/>
        <w:jc w:val="center"/>
        <w:rPr>
          <w:b/>
          <w:color w:val="286DA8"/>
          <w:sz w:val="21"/>
        </w:rPr>
      </w:pPr>
      <w:r w:rsidRPr="00C654A6">
        <w:rPr>
          <w:b/>
          <w:color w:val="286DA8"/>
          <w:sz w:val="21"/>
        </w:rPr>
        <w:t>Software Engineer</w:t>
      </w:r>
    </w:p>
    <w:p w14:paraId="7C0A823E" w14:textId="5D14CDC8" w:rsidR="00C654A6" w:rsidRPr="00C654A6" w:rsidRDefault="00C654A6" w:rsidP="00C654A6">
      <w:pPr>
        <w:keepNext/>
        <w:pBdr>
          <w:bottom w:val="single" w:sz="6" w:space="1" w:color="1F4E79"/>
        </w:pBdr>
        <w:spacing w:before="240" w:after="0" w:line="240" w:lineRule="auto"/>
        <w:rPr>
          <w:rFonts w:cs="Segoe UI Emoji"/>
          <w:sz w:val="20"/>
          <w:szCs w:val="24"/>
        </w:rPr>
      </w:pPr>
      <w:r w:rsidRPr="00C654A6">
        <w:rPr>
          <w:rFonts w:ascii="Segoe UI Emoji" w:hAnsi="Segoe UI Emoji" w:cs="Segoe UI Emoji"/>
          <w:sz w:val="20"/>
          <w:szCs w:val="24"/>
        </w:rPr>
        <w:t>📧</w:t>
      </w:r>
      <w:r w:rsidRPr="00C654A6">
        <w:rPr>
          <w:rFonts w:cs="Segoe UI Emoji"/>
          <w:color w:val="17365D" w:themeColor="text2" w:themeShade="BF"/>
          <w:sz w:val="20"/>
          <w:szCs w:val="24"/>
        </w:rPr>
        <w:t xml:space="preserve"> </w:t>
      </w:r>
      <w:hyperlink r:id="rId6" w:history="1">
        <w:r w:rsidRPr="00C654A6">
          <w:rPr>
            <w:rStyle w:val="Hyperlink"/>
            <w:rFonts w:cs="Segoe UI Emoji"/>
            <w:color w:val="17365D" w:themeColor="text2" w:themeShade="BF"/>
            <w:sz w:val="20"/>
            <w:szCs w:val="24"/>
            <w:u w:val="none"/>
          </w:rPr>
          <w:t>fatcakirr@gmail.com</w:t>
        </w:r>
      </w:hyperlink>
      <w:r w:rsidRPr="00C654A6">
        <w:rPr>
          <w:rFonts w:cs="Segoe UI Emoji"/>
          <w:sz w:val="20"/>
          <w:szCs w:val="24"/>
        </w:rPr>
        <w:t xml:space="preserve"> |</w:t>
      </w:r>
      <w:r w:rsidRPr="00C654A6">
        <w:rPr>
          <w:rFonts w:ascii="Segoe UI Emoji" w:hAnsi="Segoe UI Emoji" w:cs="Segoe UI Emoji"/>
          <w:sz w:val="20"/>
          <w:szCs w:val="24"/>
        </w:rPr>
        <w:t>📱</w:t>
      </w:r>
      <w:r w:rsidRPr="00C654A6">
        <w:rPr>
          <w:rFonts w:cs="Segoe UI Emoji"/>
          <w:sz w:val="20"/>
          <w:szCs w:val="24"/>
        </w:rPr>
        <w:t xml:space="preserve"> +90 534 395 50 66</w:t>
      </w:r>
      <w:r w:rsidRPr="00C654A6">
        <w:rPr>
          <w:rFonts w:cs="Segoe UI Emoji"/>
          <w:sz w:val="20"/>
          <w:szCs w:val="24"/>
        </w:rPr>
        <w:t xml:space="preserve"> |</w:t>
      </w:r>
      <w:r w:rsidRPr="00C654A6">
        <w:rPr>
          <w:rFonts w:ascii="Segoe UI Emoji" w:hAnsi="Segoe UI Emoji" w:cs="Segoe UI Emoji"/>
          <w:sz w:val="20"/>
          <w:szCs w:val="24"/>
        </w:rPr>
        <w:t>📍</w:t>
      </w:r>
      <w:r w:rsidRPr="00C654A6">
        <w:rPr>
          <w:rFonts w:cs="Segoe UI Emoji"/>
          <w:sz w:val="20"/>
          <w:szCs w:val="24"/>
        </w:rPr>
        <w:t xml:space="preserve"> Bursa, Türkiye</w:t>
      </w:r>
    </w:p>
    <w:p w14:paraId="3A33713F" w14:textId="1D3F7188" w:rsidR="00C654A6" w:rsidRPr="00C654A6" w:rsidRDefault="00C654A6" w:rsidP="00C654A6">
      <w:pPr>
        <w:keepNext/>
        <w:pBdr>
          <w:bottom w:val="single" w:sz="6" w:space="1" w:color="1F4E79"/>
        </w:pBdr>
        <w:spacing w:after="0" w:line="240" w:lineRule="auto"/>
        <w:rPr>
          <w:rFonts w:cs="Segoe UI Emoji"/>
          <w:sz w:val="20"/>
          <w:szCs w:val="24"/>
        </w:rPr>
      </w:pPr>
      <w:r w:rsidRPr="00C654A6">
        <w:rPr>
          <w:rFonts w:ascii="Segoe UI Emoji" w:hAnsi="Segoe UI Emoji" w:cs="Segoe UI Emoji"/>
          <w:sz w:val="20"/>
          <w:szCs w:val="24"/>
        </w:rPr>
        <w:t>🔗</w:t>
      </w:r>
      <w:r w:rsidRPr="00C654A6">
        <w:rPr>
          <w:rFonts w:cs="Segoe UI Emoji"/>
          <w:color w:val="17365D" w:themeColor="text2" w:themeShade="BF"/>
          <w:sz w:val="20"/>
          <w:szCs w:val="24"/>
        </w:rPr>
        <w:t xml:space="preserve"> </w:t>
      </w:r>
      <w:hyperlink r:id="rId7" w:history="1">
        <w:r w:rsidRPr="00C654A6">
          <w:rPr>
            <w:rStyle w:val="Hyperlink"/>
            <w:rFonts w:cs="Segoe UI Emoji"/>
            <w:color w:val="17365D" w:themeColor="text2" w:themeShade="BF"/>
            <w:sz w:val="20"/>
            <w:szCs w:val="24"/>
            <w:u w:val="none"/>
          </w:rPr>
          <w:t>linkedin.com/in/fatihcak</w:t>
        </w:r>
      </w:hyperlink>
      <w:r w:rsidRPr="00C654A6">
        <w:rPr>
          <w:rFonts w:cs="Segoe UI Emoji"/>
          <w:sz w:val="20"/>
          <w:szCs w:val="24"/>
        </w:rPr>
        <w:br/>
      </w:r>
      <w:r w:rsidRPr="00C654A6">
        <w:rPr>
          <w:rFonts w:ascii="Segoe UI Emoji" w:hAnsi="Segoe UI Emoji" w:cs="Segoe UI Emoji"/>
          <w:sz w:val="20"/>
          <w:szCs w:val="24"/>
        </w:rPr>
        <w:t>🔗</w:t>
      </w:r>
      <w:r w:rsidRPr="00C654A6">
        <w:rPr>
          <w:rFonts w:cs="Segoe UI Emoji"/>
          <w:sz w:val="20"/>
          <w:szCs w:val="24"/>
        </w:rPr>
        <w:t xml:space="preserve"> </w:t>
      </w:r>
      <w:hyperlink r:id="rId8" w:history="1">
        <w:r w:rsidRPr="00C654A6">
          <w:rPr>
            <w:rStyle w:val="Hyperlink"/>
            <w:rFonts w:cs="Segoe UI Emoji"/>
            <w:color w:val="17365D" w:themeColor="text2" w:themeShade="BF"/>
            <w:sz w:val="20"/>
            <w:szCs w:val="24"/>
            <w:u w:val="none"/>
          </w:rPr>
          <w:t>github.com/fatihcak</w:t>
        </w:r>
      </w:hyperlink>
    </w:p>
    <w:p w14:paraId="7E1C6D9A" w14:textId="28F8232B" w:rsidR="00C654A6" w:rsidRPr="00C654A6" w:rsidRDefault="00C654A6" w:rsidP="00C654A6">
      <w:pPr>
        <w:keepNext/>
        <w:pBdr>
          <w:bottom w:val="single" w:sz="6" w:space="1" w:color="1F4E79"/>
        </w:pBdr>
        <w:spacing w:after="60" w:line="240" w:lineRule="auto"/>
        <w:rPr>
          <w:rFonts w:cs="Calibri"/>
          <w:sz w:val="20"/>
          <w:szCs w:val="24"/>
        </w:rPr>
      </w:pPr>
      <w:r w:rsidRPr="00C654A6">
        <w:rPr>
          <w:rFonts w:ascii="Segoe UI Emoji" w:hAnsi="Segoe UI Emoji" w:cs="Segoe UI Emoji"/>
          <w:sz w:val="20"/>
          <w:szCs w:val="24"/>
        </w:rPr>
        <w:t>🔗</w:t>
      </w:r>
      <w:r w:rsidRPr="00C654A6">
        <w:rPr>
          <w:rFonts w:ascii="Segoe UI Emoji" w:hAnsi="Segoe UI Emoji" w:cs="Segoe UI Emoji"/>
          <w:sz w:val="20"/>
          <w:szCs w:val="24"/>
        </w:rPr>
        <w:t xml:space="preserve"> </w:t>
      </w:r>
      <w:hyperlink r:id="rId9" w:history="1">
        <w:r w:rsidRPr="00C654A6">
          <w:rPr>
            <w:rStyle w:val="Hyperlink"/>
            <w:rFonts w:cs="Segoe UI Emoji"/>
            <w:color w:val="17365D" w:themeColor="text2" w:themeShade="BF"/>
            <w:sz w:val="20"/>
            <w:szCs w:val="24"/>
            <w:u w:val="none"/>
          </w:rPr>
          <w:t>fat</w:t>
        </w:r>
        <w:r w:rsidRPr="00C654A6">
          <w:rPr>
            <w:rStyle w:val="Hyperlink"/>
            <w:rFonts w:cs="Calibri"/>
            <w:color w:val="17365D" w:themeColor="text2" w:themeShade="BF"/>
            <w:sz w:val="20"/>
            <w:szCs w:val="24"/>
            <w:u w:val="none"/>
          </w:rPr>
          <w:t>ihcakir.dev</w:t>
        </w:r>
      </w:hyperlink>
      <w:r w:rsidRPr="00C654A6">
        <w:rPr>
          <w:rFonts w:cs="Calibri"/>
          <w:sz w:val="20"/>
          <w:szCs w:val="24"/>
        </w:rPr>
        <w:t xml:space="preserve"> – Personal Portfolio</w:t>
      </w:r>
    </w:p>
    <w:p w14:paraId="17E502B0" w14:textId="6220F448" w:rsidR="005E4644" w:rsidRPr="00C654A6" w:rsidRDefault="005E4644" w:rsidP="00A24580">
      <w:pPr>
        <w:keepNext/>
        <w:pBdr>
          <w:bottom w:val="single" w:sz="6" w:space="1" w:color="1F4E79"/>
        </w:pBdr>
        <w:spacing w:before="240" w:after="60" w:line="240" w:lineRule="auto"/>
        <w:rPr>
          <w:b/>
          <w:color w:val="0F243E" w:themeColor="text2" w:themeShade="80"/>
          <w:sz w:val="20"/>
          <w:szCs w:val="18"/>
        </w:rPr>
      </w:pPr>
      <w:r w:rsidRPr="00C654A6">
        <w:rPr>
          <w:b/>
          <w:color w:val="0F243E" w:themeColor="text2" w:themeShade="80"/>
          <w:sz w:val="20"/>
          <w:szCs w:val="18"/>
        </w:rPr>
        <w:t>PROFESSIONAL SUMMARY</w:t>
      </w:r>
    </w:p>
    <w:p w14:paraId="1800F632" w14:textId="428F2864" w:rsidR="005E4644" w:rsidRPr="00C654A6" w:rsidRDefault="00A322E8" w:rsidP="005C18AA">
      <w:pPr>
        <w:spacing w:after="60" w:line="360" w:lineRule="auto"/>
        <w:rPr>
          <w:sz w:val="20"/>
        </w:rPr>
      </w:pPr>
      <w:r w:rsidRPr="00C654A6">
        <w:rPr>
          <w:sz w:val="20"/>
        </w:rPr>
        <w:t>Junior Software Engineer with hands-on experience in .NET Core backend development, RESTful API design, SQL databases, and AI-powered computer vision systems. Built academic and internship projects involving ASP.NET MVC, Entity Framework, YOLOv8, OpenCV, and Swagger. Interested in backend engineering, AI applications, and scalable software solutions.</w:t>
      </w:r>
    </w:p>
    <w:p w14:paraId="6A85EA8F" w14:textId="77777777" w:rsidR="005E4644" w:rsidRPr="00C654A6" w:rsidRDefault="005E4644" w:rsidP="005E4644">
      <w:pPr>
        <w:keepNext/>
        <w:pBdr>
          <w:bottom w:val="single" w:sz="6" w:space="1" w:color="1F4E79"/>
        </w:pBdr>
        <w:spacing w:before="160" w:after="60" w:line="240" w:lineRule="auto"/>
        <w:rPr>
          <w:color w:val="0F243E" w:themeColor="text2" w:themeShade="80"/>
          <w:sz w:val="14"/>
          <w:szCs w:val="18"/>
        </w:rPr>
      </w:pPr>
      <w:r w:rsidRPr="00C654A6">
        <w:rPr>
          <w:b/>
          <w:color w:val="0F243E" w:themeColor="text2" w:themeShade="80"/>
          <w:sz w:val="20"/>
          <w:szCs w:val="18"/>
        </w:rPr>
        <w:t>TECHNICAL SKILLS</w:t>
      </w:r>
    </w:p>
    <w:p w14:paraId="57C55FBA" w14:textId="38663493" w:rsidR="007C422C" w:rsidRPr="00C654A6" w:rsidRDefault="007C422C" w:rsidP="00A24580">
      <w:pPr>
        <w:pBdr>
          <w:bottom w:val="single" w:sz="7" w:space="2" w:color="D4DEE8"/>
        </w:pBdr>
        <w:spacing w:before="240" w:after="60"/>
      </w:pPr>
      <w:r w:rsidRPr="00C654A6">
        <w:rPr>
          <w:b/>
          <w:bCs/>
        </w:rPr>
        <w:t xml:space="preserve">Programming Languages: </w:t>
      </w:r>
      <w:r w:rsidRPr="00C654A6">
        <w:t>C#, Python, C/C++, TypeScript </w:t>
      </w:r>
    </w:p>
    <w:p w14:paraId="49F644CD" w14:textId="77777777" w:rsidR="007C422C" w:rsidRPr="00C654A6" w:rsidRDefault="007C422C" w:rsidP="005E4644">
      <w:pPr>
        <w:pBdr>
          <w:bottom w:val="single" w:sz="7" w:space="2" w:color="D4DEE8"/>
        </w:pBdr>
        <w:spacing w:before="140" w:after="60"/>
      </w:pPr>
      <w:r w:rsidRPr="00C654A6">
        <w:rPr>
          <w:b/>
          <w:bCs/>
        </w:rPr>
        <w:t xml:space="preserve">Backend Development: </w:t>
      </w:r>
      <w:r w:rsidRPr="00C654A6">
        <w:t>.NET Core, ASP.NET MVC, Entity Framework, RESTful APIs </w:t>
      </w:r>
    </w:p>
    <w:p w14:paraId="07BA4B56" w14:textId="77777777" w:rsidR="007C422C" w:rsidRPr="00C654A6" w:rsidRDefault="007C422C" w:rsidP="005E4644">
      <w:pPr>
        <w:pBdr>
          <w:bottom w:val="single" w:sz="7" w:space="2" w:color="D4DEE8"/>
        </w:pBdr>
        <w:spacing w:before="140" w:after="60"/>
      </w:pPr>
      <w:r w:rsidRPr="00C654A6">
        <w:rPr>
          <w:b/>
          <w:bCs/>
        </w:rPr>
        <w:t>Frontend Development</w:t>
      </w:r>
      <w:r w:rsidRPr="00C654A6">
        <w:t>: React.js, Next.js </w:t>
      </w:r>
    </w:p>
    <w:p w14:paraId="10E8D413" w14:textId="69F3EC77" w:rsidR="007C422C" w:rsidRPr="00C654A6" w:rsidRDefault="007C422C" w:rsidP="005E4644">
      <w:pPr>
        <w:pBdr>
          <w:bottom w:val="single" w:sz="7" w:space="2" w:color="D4DEE8"/>
        </w:pBdr>
        <w:spacing w:before="140" w:after="60"/>
      </w:pPr>
      <w:r w:rsidRPr="00C654A6">
        <w:rPr>
          <w:b/>
          <w:bCs/>
        </w:rPr>
        <w:t xml:space="preserve">Databases: </w:t>
      </w:r>
      <w:r w:rsidR="00CB474E" w:rsidRPr="00C654A6">
        <w:t>Microsoft</w:t>
      </w:r>
      <w:r w:rsidR="00CB474E" w:rsidRPr="00C654A6">
        <w:t xml:space="preserve"> </w:t>
      </w:r>
      <w:r w:rsidRPr="00C654A6">
        <w:t>SQL Server, PostgreSQL </w:t>
      </w:r>
    </w:p>
    <w:p w14:paraId="4F1C885C" w14:textId="49ABB065" w:rsidR="007C422C" w:rsidRPr="00C654A6" w:rsidRDefault="007C422C" w:rsidP="005E4644">
      <w:pPr>
        <w:pBdr>
          <w:bottom w:val="single" w:sz="7" w:space="2" w:color="D4DEE8"/>
        </w:pBdr>
        <w:spacing w:before="140" w:after="60"/>
      </w:pPr>
      <w:r w:rsidRPr="00C654A6">
        <w:rPr>
          <w:b/>
          <w:bCs/>
        </w:rPr>
        <w:t>AI &amp; Computer Vision</w:t>
      </w:r>
      <w:r w:rsidRPr="00C654A6">
        <w:t>: OpenCV, YOLOv8</w:t>
      </w:r>
    </w:p>
    <w:p w14:paraId="6667C454" w14:textId="52453A16" w:rsidR="007C422C" w:rsidRPr="00C654A6" w:rsidRDefault="007C422C" w:rsidP="000D51D0">
      <w:pPr>
        <w:pBdr>
          <w:bottom w:val="single" w:sz="7" w:space="2" w:color="D4DEE8"/>
        </w:pBdr>
        <w:spacing w:before="140" w:after="60" w:line="600" w:lineRule="auto"/>
      </w:pPr>
      <w:r w:rsidRPr="00C654A6">
        <w:rPr>
          <w:b/>
          <w:bCs/>
        </w:rPr>
        <w:t xml:space="preserve">Tools &amp; Technologies: </w:t>
      </w:r>
      <w:r w:rsidRPr="00C654A6">
        <w:t>Git, Docker, Linux, Kafka, RabbitMQ, Swagger </w:t>
      </w:r>
    </w:p>
    <w:p w14:paraId="1D064440" w14:textId="23554558" w:rsidR="00D93E74" w:rsidRPr="00C654A6" w:rsidRDefault="007F247D" w:rsidP="005E4644">
      <w:pPr>
        <w:pBdr>
          <w:bottom w:val="single" w:sz="7" w:space="2" w:color="D4DEE8"/>
        </w:pBdr>
        <w:spacing w:after="60"/>
      </w:pPr>
      <w:r w:rsidRPr="00C654A6">
        <w:rPr>
          <w:b/>
          <w:color w:val="102A43"/>
          <w:sz w:val="20"/>
        </w:rPr>
        <w:t>SELECTED PROJECTS</w:t>
      </w:r>
    </w:p>
    <w:p w14:paraId="589EA622" w14:textId="7C56A64B" w:rsidR="00D93E74" w:rsidRPr="00C654A6" w:rsidRDefault="007F247D" w:rsidP="005E4644">
      <w:pPr>
        <w:spacing w:before="240" w:after="0" w:line="360" w:lineRule="auto"/>
      </w:pPr>
      <w:r w:rsidRPr="00C654A6">
        <w:rPr>
          <w:b/>
          <w:color w:val="222222"/>
          <w:sz w:val="19"/>
        </w:rPr>
        <w:t>AI-Powered Market Price Comparison System</w:t>
      </w:r>
      <w:r w:rsidRPr="00C654A6">
        <w:rPr>
          <w:i/>
          <w:color w:val="286DA8"/>
          <w:sz w:val="17"/>
        </w:rPr>
        <w:t xml:space="preserve"> | </w:t>
      </w:r>
      <w:r w:rsidR="003B6CB0" w:rsidRPr="00C654A6">
        <w:rPr>
          <w:b/>
          <w:bCs/>
          <w:i/>
          <w:color w:val="286DA8"/>
          <w:szCs w:val="24"/>
        </w:rPr>
        <w:t>The Best Project</w:t>
      </w:r>
      <w:r w:rsidR="003B6CB0" w:rsidRPr="00C654A6">
        <w:rPr>
          <w:i/>
          <w:color w:val="286DA8"/>
          <w:szCs w:val="24"/>
        </w:rPr>
        <w:t xml:space="preserve"> </w:t>
      </w:r>
      <w:r w:rsidRPr="00C654A6">
        <w:rPr>
          <w:b/>
          <w:bCs/>
          <w:i/>
          <w:color w:val="286DA8"/>
          <w:szCs w:val="24"/>
        </w:rPr>
        <w:t>Award-Winning</w:t>
      </w:r>
      <w:r w:rsidRPr="00C654A6">
        <w:rPr>
          <w:i/>
          <w:color w:val="286DA8"/>
          <w:szCs w:val="24"/>
        </w:rPr>
        <w:t xml:space="preserve"> Graduation Project</w:t>
      </w:r>
    </w:p>
    <w:p w14:paraId="026FE8D3" w14:textId="77777777" w:rsidR="00D93E74" w:rsidRPr="00C654A6" w:rsidRDefault="007F247D" w:rsidP="00D8042A">
      <w:pPr>
        <w:spacing w:after="40" w:line="360" w:lineRule="auto"/>
        <w:rPr>
          <w:sz w:val="20"/>
          <w:szCs w:val="24"/>
        </w:rPr>
      </w:pPr>
      <w:r w:rsidRPr="00C654A6">
        <w:rPr>
          <w:color w:val="666666"/>
          <w:szCs w:val="24"/>
        </w:rPr>
        <w:t>Role: Team Lead &amp; AI Engineer</w:t>
      </w:r>
    </w:p>
    <w:p w14:paraId="63553A98" w14:textId="77777777" w:rsidR="009A6470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 xml:space="preserve">• </w:t>
      </w:r>
      <w:r w:rsidR="009A6470" w:rsidRPr="00C654A6">
        <w:rPr>
          <w:color w:val="222222"/>
          <w:szCs w:val="18"/>
        </w:rPr>
        <w:t>Served as Team Lead and AI Engineer for this award-winning project.</w:t>
      </w:r>
    </w:p>
    <w:p w14:paraId="1D408F35" w14:textId="0B1EC524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 xml:space="preserve">• </w:t>
      </w:r>
      <w:r w:rsidR="009A6470" w:rsidRPr="00C654A6">
        <w:rPr>
          <w:color w:val="222222"/>
          <w:szCs w:val="18"/>
        </w:rPr>
        <w:t>Built a system that compares market prices in Northern Cyprus to find the cheapest basket.</w:t>
      </w:r>
    </w:p>
    <w:p w14:paraId="586E9319" w14:textId="06CED51E" w:rsidR="009A6470" w:rsidRPr="00C654A6" w:rsidRDefault="009A6470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Pr="00C654A6">
        <w:rPr>
          <w:szCs w:val="18"/>
        </w:rPr>
        <w:t>Developed an AI Chatbot to help users find and compare products easily.</w:t>
      </w:r>
    </w:p>
    <w:p w14:paraId="5C0A719A" w14:textId="77777777" w:rsidR="00D93E74" w:rsidRPr="00C654A6" w:rsidRDefault="007F247D" w:rsidP="00A24580">
      <w:pPr>
        <w:spacing w:after="24" w:line="48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>• Managed backend architecture and AI integrations.</w:t>
      </w:r>
    </w:p>
    <w:p w14:paraId="7B54A49C" w14:textId="46921B52" w:rsidR="00D93E74" w:rsidRPr="00C654A6" w:rsidRDefault="007F247D" w:rsidP="00D8042A">
      <w:pPr>
        <w:spacing w:before="60" w:after="0" w:line="360" w:lineRule="auto"/>
      </w:pPr>
      <w:r w:rsidRPr="00C654A6">
        <w:rPr>
          <w:b/>
          <w:color w:val="222222"/>
          <w:sz w:val="19"/>
        </w:rPr>
        <w:t xml:space="preserve">FIAT Spare Parts Stock Control </w:t>
      </w:r>
      <w:r w:rsidRPr="00C654A6">
        <w:rPr>
          <w:i/>
          <w:color w:val="286DA8"/>
          <w:sz w:val="17"/>
        </w:rPr>
        <w:t xml:space="preserve">| </w:t>
      </w:r>
      <w:r w:rsidRPr="00C654A6">
        <w:rPr>
          <w:i/>
          <w:color w:val="286DA8"/>
          <w:szCs w:val="24"/>
        </w:rPr>
        <w:t>Internship Project</w:t>
      </w:r>
    </w:p>
    <w:p w14:paraId="3AE16ED6" w14:textId="77777777" w:rsidR="00D93E74" w:rsidRPr="00C654A6" w:rsidRDefault="007F247D" w:rsidP="00D8042A">
      <w:pPr>
        <w:spacing w:after="40" w:line="360" w:lineRule="auto"/>
        <w:rPr>
          <w:sz w:val="20"/>
          <w:szCs w:val="24"/>
        </w:rPr>
      </w:pPr>
      <w:r w:rsidRPr="00C654A6">
        <w:rPr>
          <w:color w:val="666666"/>
          <w:szCs w:val="24"/>
        </w:rPr>
        <w:t>.NET Core | Entity Framework | Swagger</w:t>
      </w:r>
    </w:p>
    <w:p w14:paraId="784582C5" w14:textId="77777777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Developed a stock tracking system for authorized Fiat dealers as part of a four-person team.</w:t>
      </w:r>
    </w:p>
    <w:p w14:paraId="30C5FCD5" w14:textId="27E853AD" w:rsidR="009A6470" w:rsidRPr="00C654A6" w:rsidRDefault="009A6470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Pr="00C654A6">
        <w:rPr>
          <w:szCs w:val="18"/>
        </w:rPr>
        <w:t>Created a backend structure that allows dealers to control their stock levels.</w:t>
      </w:r>
    </w:p>
    <w:p w14:paraId="274B3FF5" w14:textId="77777777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Built backend functionality for monitoring dealer stock levels and documented APIs with Swagger.</w:t>
      </w:r>
    </w:p>
    <w:p w14:paraId="299A32EA" w14:textId="16DEDD51" w:rsidR="009A6470" w:rsidRPr="00C654A6" w:rsidRDefault="009A6470" w:rsidP="00A24580">
      <w:pPr>
        <w:spacing w:after="24" w:line="48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Pr="00C654A6">
        <w:rPr>
          <w:szCs w:val="18"/>
        </w:rPr>
        <w:t>Gained experience in team collaboration on a real-world corporate project.</w:t>
      </w:r>
    </w:p>
    <w:p w14:paraId="15E3A52D" w14:textId="5F723977" w:rsidR="00D93E74" w:rsidRPr="00C654A6" w:rsidRDefault="00351F84" w:rsidP="00D8042A">
      <w:pPr>
        <w:spacing w:before="60" w:after="0" w:line="360" w:lineRule="auto"/>
      </w:pPr>
      <w:r w:rsidRPr="00C654A6">
        <w:rPr>
          <w:b/>
          <w:bCs/>
          <w:color w:val="222222"/>
          <w:sz w:val="19"/>
          <w:szCs w:val="19"/>
        </w:rPr>
        <w:t xml:space="preserve">Real – Time </w:t>
      </w:r>
      <w:r w:rsidR="007F247D" w:rsidRPr="00C654A6">
        <w:rPr>
          <w:b/>
          <w:bCs/>
          <w:color w:val="222222"/>
          <w:sz w:val="19"/>
          <w:szCs w:val="19"/>
        </w:rPr>
        <w:t>Conveyor Belt Error Detection System</w:t>
      </w:r>
      <w:r w:rsidR="007F247D" w:rsidRPr="00C654A6">
        <w:rPr>
          <w:i/>
          <w:iCs/>
          <w:color w:val="286DA8"/>
          <w:sz w:val="17"/>
          <w:szCs w:val="17"/>
        </w:rPr>
        <w:t xml:space="preserve"> | </w:t>
      </w:r>
      <w:r w:rsidR="007F247D" w:rsidRPr="00C654A6">
        <w:rPr>
          <w:i/>
          <w:iCs/>
          <w:color w:val="286DA8"/>
          <w:szCs w:val="18"/>
        </w:rPr>
        <w:t>Internship Project</w:t>
      </w:r>
    </w:p>
    <w:p w14:paraId="02A60BBF" w14:textId="77777777" w:rsidR="00D93E74" w:rsidRPr="00C654A6" w:rsidRDefault="007F247D" w:rsidP="00D8042A">
      <w:pPr>
        <w:spacing w:after="40" w:line="360" w:lineRule="auto"/>
        <w:rPr>
          <w:sz w:val="20"/>
          <w:szCs w:val="24"/>
        </w:rPr>
      </w:pPr>
      <w:r w:rsidRPr="00C654A6">
        <w:rPr>
          <w:color w:val="666666"/>
          <w:szCs w:val="24"/>
        </w:rPr>
        <w:t>YOLOv8 | OpenCV | Roboflow | Google Colab</w:t>
      </w:r>
    </w:p>
    <w:p w14:paraId="42AEE9E4" w14:textId="77777777" w:rsidR="00D93E74" w:rsidRPr="00C654A6" w:rsidRDefault="007F247D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>• Developed a custom AI model to detect material overflow on conveyor belts in real time.</w:t>
      </w:r>
    </w:p>
    <w:p w14:paraId="12E87FA7" w14:textId="77777777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Created the dataset with Roboflow, trained the model on Google Colab, and prepared a user-friendly UI.</w:t>
      </w:r>
    </w:p>
    <w:p w14:paraId="4B5E8042" w14:textId="75BF7CA5" w:rsidR="00351F84" w:rsidRPr="00C654A6" w:rsidRDefault="00351F84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Pr="00C654A6">
        <w:rPr>
          <w:szCs w:val="18"/>
        </w:rPr>
        <w:t>Integrated the system into the factory workflow to trigger safety alarms.</w:t>
      </w:r>
    </w:p>
    <w:p w14:paraId="0825B812" w14:textId="676E1E9E" w:rsidR="005E4644" w:rsidRPr="00C654A6" w:rsidRDefault="005E4644" w:rsidP="005E4644">
      <w:pPr>
        <w:keepNext/>
        <w:pBdr>
          <w:bottom w:val="single" w:sz="6" w:space="1" w:color="1F4E79"/>
        </w:pBdr>
        <w:spacing w:before="160" w:after="60"/>
        <w:rPr>
          <w:color w:val="0F243E" w:themeColor="text2" w:themeShade="80"/>
          <w:sz w:val="14"/>
          <w:szCs w:val="18"/>
        </w:rPr>
      </w:pPr>
      <w:r w:rsidRPr="00C654A6">
        <w:rPr>
          <w:b/>
          <w:color w:val="0F243E" w:themeColor="text2" w:themeShade="80"/>
          <w:sz w:val="20"/>
          <w:szCs w:val="18"/>
        </w:rPr>
        <w:lastRenderedPageBreak/>
        <w:t>PROFESSIONAL EXPERIENCE</w:t>
      </w:r>
    </w:p>
    <w:p w14:paraId="201AF54E" w14:textId="77777777" w:rsidR="00D93E74" w:rsidRPr="00C654A6" w:rsidRDefault="007F247D" w:rsidP="005E4644">
      <w:pPr>
        <w:spacing w:before="240" w:after="0" w:line="360" w:lineRule="auto"/>
        <w:rPr>
          <w:sz w:val="20"/>
          <w:szCs w:val="24"/>
        </w:rPr>
      </w:pPr>
      <w:r w:rsidRPr="00C654A6">
        <w:rPr>
          <w:b/>
          <w:color w:val="222222"/>
          <w:sz w:val="19"/>
        </w:rPr>
        <w:t>TOFAŞ Türk Otomobil Fabrikası A.Ş.</w:t>
      </w:r>
      <w:r w:rsidRPr="00C654A6">
        <w:rPr>
          <w:i/>
          <w:color w:val="286DA8"/>
          <w:sz w:val="17"/>
        </w:rPr>
        <w:t xml:space="preserve"> | </w:t>
      </w:r>
      <w:r w:rsidRPr="00C654A6">
        <w:rPr>
          <w:i/>
          <w:color w:val="286DA8"/>
          <w:szCs w:val="24"/>
        </w:rPr>
        <w:t>Backend Development Intern</w:t>
      </w:r>
    </w:p>
    <w:p w14:paraId="0C4130DE" w14:textId="77777777" w:rsidR="00D93E74" w:rsidRPr="00C654A6" w:rsidRDefault="007F247D" w:rsidP="00D8042A">
      <w:pPr>
        <w:spacing w:after="40" w:line="360" w:lineRule="auto"/>
        <w:rPr>
          <w:szCs w:val="18"/>
        </w:rPr>
      </w:pPr>
      <w:r w:rsidRPr="00C654A6">
        <w:rPr>
          <w:color w:val="666666"/>
          <w:szCs w:val="18"/>
        </w:rPr>
        <w:t>Bursa, Türkiye | Jun 2025 – Aug 2025</w:t>
      </w:r>
    </w:p>
    <w:p w14:paraId="28BAB495" w14:textId="331E3C8C" w:rsidR="00D93E74" w:rsidRPr="00C654A6" w:rsidRDefault="007F247D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="009A6470" w:rsidRPr="00C654A6">
        <w:rPr>
          <w:color w:val="222222"/>
          <w:szCs w:val="18"/>
        </w:rPr>
        <w:t>Completed an internship focused on Backend Development using .NET Core</w:t>
      </w:r>
    </w:p>
    <w:p w14:paraId="6DF922BD" w14:textId="77777777" w:rsidR="009A6470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 xml:space="preserve">• </w:t>
      </w:r>
      <w:r w:rsidR="009A6470" w:rsidRPr="00C654A6">
        <w:rPr>
          <w:color w:val="222222"/>
          <w:szCs w:val="18"/>
        </w:rPr>
        <w:t xml:space="preserve">Developed RESTful APIs using the MVC architecture </w:t>
      </w:r>
    </w:p>
    <w:p w14:paraId="68B34F7D" w14:textId="6E026C14" w:rsidR="00D8042A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Performed CRUD operations and applied clean, maintainable coding practices.</w:t>
      </w:r>
    </w:p>
    <w:p w14:paraId="3F32361F" w14:textId="2556CA4C" w:rsidR="009A6470" w:rsidRPr="00C654A6" w:rsidRDefault="009A6470" w:rsidP="005E4644">
      <w:pPr>
        <w:spacing w:after="24" w:line="60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Pr="00C654A6">
        <w:rPr>
          <w:szCs w:val="18"/>
        </w:rPr>
        <w:t>Learned about professional coding standards and workflows in a large-scale company.</w:t>
      </w:r>
    </w:p>
    <w:p w14:paraId="445EAB69" w14:textId="1E75CFE6" w:rsidR="00D93E74" w:rsidRPr="00C654A6" w:rsidRDefault="007F247D" w:rsidP="00D8042A">
      <w:pPr>
        <w:spacing w:before="60" w:after="0" w:line="360" w:lineRule="auto"/>
      </w:pPr>
      <w:r w:rsidRPr="00C654A6">
        <w:rPr>
          <w:b/>
          <w:bCs/>
          <w:color w:val="222222"/>
          <w:sz w:val="19"/>
          <w:szCs w:val="19"/>
        </w:rPr>
        <w:t>Bursa Çimento Fabrikası A.Ş.</w:t>
      </w:r>
      <w:r w:rsidRPr="00C654A6">
        <w:rPr>
          <w:i/>
          <w:iCs/>
          <w:color w:val="286DA8"/>
          <w:sz w:val="17"/>
          <w:szCs w:val="17"/>
        </w:rPr>
        <w:t xml:space="preserve"> | </w:t>
      </w:r>
      <w:r w:rsidRPr="00C654A6">
        <w:rPr>
          <w:i/>
          <w:iCs/>
          <w:color w:val="286DA8"/>
          <w:szCs w:val="18"/>
        </w:rPr>
        <w:t>Computer Vision Intern</w:t>
      </w:r>
    </w:p>
    <w:p w14:paraId="7DA48FB7" w14:textId="77777777" w:rsidR="00D93E74" w:rsidRPr="00C654A6" w:rsidRDefault="007F247D" w:rsidP="00D8042A">
      <w:pPr>
        <w:spacing w:after="40" w:line="360" w:lineRule="auto"/>
        <w:rPr>
          <w:szCs w:val="18"/>
        </w:rPr>
      </w:pPr>
      <w:r w:rsidRPr="00C654A6">
        <w:rPr>
          <w:color w:val="666666"/>
          <w:szCs w:val="18"/>
        </w:rPr>
        <w:t>Bursa, Türkiye | Aug 2025 – Sep 2025</w:t>
      </w:r>
    </w:p>
    <w:p w14:paraId="4BBBF4DD" w14:textId="6BE19E04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 xml:space="preserve">• </w:t>
      </w:r>
      <w:r w:rsidR="00970EE4" w:rsidRPr="00C654A6">
        <w:rPr>
          <w:color w:val="222222"/>
          <w:szCs w:val="18"/>
        </w:rPr>
        <w:t>Prepared and labeled a custom dataset using Roboflow.</w:t>
      </w:r>
    </w:p>
    <w:p w14:paraId="6EFA5EEC" w14:textId="6FF1507F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 xml:space="preserve">• </w:t>
      </w:r>
      <w:r w:rsidR="00970EE4" w:rsidRPr="00C654A6">
        <w:rPr>
          <w:color w:val="222222"/>
          <w:szCs w:val="18"/>
        </w:rPr>
        <w:t>Trained a YOLOv8 model from scratch using Google Colab</w:t>
      </w:r>
    </w:p>
    <w:p w14:paraId="629A18FB" w14:textId="0D6380E7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 xml:space="preserve">• </w:t>
      </w:r>
      <w:r w:rsidR="00970EE4" w:rsidRPr="00C654A6">
        <w:rPr>
          <w:color w:val="222222"/>
          <w:szCs w:val="18"/>
        </w:rPr>
        <w:t>Built a real-time detection system using Python and OpenCV.</w:t>
      </w:r>
    </w:p>
    <w:p w14:paraId="7BDE8FD9" w14:textId="60003FCF" w:rsidR="00970EE4" w:rsidRPr="00C654A6" w:rsidRDefault="00970EE4" w:rsidP="005E4644">
      <w:pPr>
        <w:spacing w:after="24" w:line="60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Detects material overflow on conveyor belts and triggers an alarm.</w:t>
      </w:r>
    </w:p>
    <w:p w14:paraId="6C3DB663" w14:textId="3F73A8D3" w:rsidR="00D93E74" w:rsidRPr="00C654A6" w:rsidRDefault="007F247D" w:rsidP="00D8042A">
      <w:pPr>
        <w:spacing w:before="60" w:after="0" w:line="360" w:lineRule="auto"/>
      </w:pPr>
      <w:r w:rsidRPr="00C654A6">
        <w:rPr>
          <w:b/>
          <w:color w:val="222222"/>
          <w:sz w:val="19"/>
        </w:rPr>
        <w:t>Buhari Bilişim</w:t>
      </w:r>
      <w:r w:rsidRPr="00C654A6">
        <w:rPr>
          <w:i/>
          <w:color w:val="286DA8"/>
          <w:sz w:val="17"/>
        </w:rPr>
        <w:t xml:space="preserve"> | </w:t>
      </w:r>
      <w:r w:rsidRPr="00C654A6">
        <w:rPr>
          <w:i/>
          <w:color w:val="286DA8"/>
          <w:szCs w:val="24"/>
        </w:rPr>
        <w:t>Computer Maintenance and Repair Technician</w:t>
      </w:r>
    </w:p>
    <w:p w14:paraId="5D21C762" w14:textId="5E29FA89" w:rsidR="00D93E74" w:rsidRPr="00C654A6" w:rsidRDefault="007F247D" w:rsidP="00D8042A">
      <w:pPr>
        <w:spacing w:after="40" w:line="360" w:lineRule="auto"/>
        <w:rPr>
          <w:szCs w:val="18"/>
        </w:rPr>
      </w:pPr>
      <w:r w:rsidRPr="00C654A6">
        <w:rPr>
          <w:color w:val="666666"/>
          <w:szCs w:val="18"/>
        </w:rPr>
        <w:t>Bursa, Türkiye | Ju</w:t>
      </w:r>
      <w:r w:rsidR="00970EE4" w:rsidRPr="00C654A6">
        <w:rPr>
          <w:color w:val="666666"/>
          <w:szCs w:val="18"/>
        </w:rPr>
        <w:t>ne</w:t>
      </w:r>
      <w:r w:rsidRPr="00C654A6">
        <w:rPr>
          <w:color w:val="666666"/>
          <w:szCs w:val="18"/>
        </w:rPr>
        <w:t xml:space="preserve"> 2024 – </w:t>
      </w:r>
      <w:r w:rsidR="00970EE4" w:rsidRPr="00C654A6">
        <w:rPr>
          <w:color w:val="666666"/>
          <w:szCs w:val="18"/>
        </w:rPr>
        <w:t>Oct</w:t>
      </w:r>
      <w:r w:rsidRPr="00C654A6">
        <w:rPr>
          <w:color w:val="666666"/>
          <w:szCs w:val="18"/>
        </w:rPr>
        <w:t xml:space="preserve"> 2024</w:t>
      </w:r>
    </w:p>
    <w:p w14:paraId="7D0D0103" w14:textId="77777777" w:rsidR="00D93E74" w:rsidRPr="00C654A6" w:rsidRDefault="007F247D" w:rsidP="00D8042A">
      <w:pPr>
        <w:spacing w:after="24" w:line="36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Diagnosed and repaired hardware issues on desktop and laptop computers.</w:t>
      </w:r>
    </w:p>
    <w:p w14:paraId="745BCB95" w14:textId="59C84828" w:rsidR="009A6470" w:rsidRPr="00C654A6" w:rsidRDefault="009A6470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 xml:space="preserve">• </w:t>
      </w:r>
      <w:r w:rsidRPr="00C654A6">
        <w:rPr>
          <w:szCs w:val="18"/>
        </w:rPr>
        <w:t>Checked hardware compatibility during system assembly and upgrades.</w:t>
      </w:r>
    </w:p>
    <w:p w14:paraId="724F9A29" w14:textId="77777777" w:rsidR="00D93E74" w:rsidRPr="00C654A6" w:rsidRDefault="007F247D" w:rsidP="00D8042A">
      <w:pPr>
        <w:spacing w:after="24" w:line="360" w:lineRule="auto"/>
        <w:ind w:left="259" w:hanging="173"/>
        <w:rPr>
          <w:szCs w:val="18"/>
        </w:rPr>
      </w:pPr>
      <w:r w:rsidRPr="00C654A6">
        <w:rPr>
          <w:color w:val="222222"/>
          <w:szCs w:val="18"/>
        </w:rPr>
        <w:t>• Performed clean installations of Windows and Linux operating systems.</w:t>
      </w:r>
    </w:p>
    <w:p w14:paraId="5E08B452" w14:textId="18DDE33E" w:rsidR="00D93E74" w:rsidRDefault="007F247D" w:rsidP="008A36C1">
      <w:pPr>
        <w:spacing w:after="24" w:line="600" w:lineRule="auto"/>
        <w:ind w:left="259" w:hanging="173"/>
        <w:rPr>
          <w:color w:val="222222"/>
          <w:szCs w:val="18"/>
        </w:rPr>
      </w:pPr>
      <w:r w:rsidRPr="00C654A6">
        <w:rPr>
          <w:color w:val="222222"/>
          <w:szCs w:val="18"/>
        </w:rPr>
        <w:t>• Built practical experience in technical maintenance and troubleshooting.</w:t>
      </w:r>
    </w:p>
    <w:p w14:paraId="6ACE2B61" w14:textId="09AC57D7" w:rsidR="008A36C1" w:rsidRPr="00C654A6" w:rsidRDefault="008A36C1" w:rsidP="008A36C1">
      <w:pPr>
        <w:pBdr>
          <w:bottom w:val="single" w:sz="7" w:space="2" w:color="D4DEE8"/>
        </w:pBdr>
        <w:spacing w:after="60"/>
      </w:pPr>
      <w:r>
        <w:rPr>
          <w:b/>
          <w:color w:val="102A43"/>
          <w:sz w:val="20"/>
        </w:rPr>
        <w:t>EDUCATION</w:t>
      </w:r>
    </w:p>
    <w:p w14:paraId="4130296E" w14:textId="105D092A" w:rsidR="008A36C1" w:rsidRPr="008A36C1" w:rsidRDefault="008A36C1" w:rsidP="008A36C1">
      <w:pPr>
        <w:spacing w:before="240" w:after="24" w:line="360" w:lineRule="auto"/>
        <w:ind w:firstLine="720"/>
        <w:rPr>
          <w:bCs/>
          <w:color w:val="222222"/>
          <w:sz w:val="19"/>
          <w:szCs w:val="19"/>
        </w:rPr>
      </w:pPr>
      <w:r w:rsidRPr="008A36C1">
        <w:rPr>
          <w:b/>
          <w:color w:val="222222"/>
          <w:sz w:val="19"/>
          <w:szCs w:val="19"/>
        </w:rPr>
        <w:t>University:</w:t>
      </w:r>
      <w:r>
        <w:rPr>
          <w:b/>
          <w:color w:val="222222"/>
          <w:sz w:val="19"/>
          <w:szCs w:val="19"/>
        </w:rPr>
        <w:t xml:space="preserve"> </w:t>
      </w:r>
      <w:r>
        <w:rPr>
          <w:bCs/>
          <w:color w:val="222222"/>
          <w:sz w:val="19"/>
          <w:szCs w:val="19"/>
        </w:rPr>
        <w:t>Eastern Mediterranean University</w:t>
      </w:r>
    </w:p>
    <w:p w14:paraId="3A2752F9" w14:textId="02687498" w:rsidR="008A36C1" w:rsidRPr="008A36C1" w:rsidRDefault="008A36C1" w:rsidP="008A36C1">
      <w:pPr>
        <w:spacing w:after="24" w:line="360" w:lineRule="auto"/>
        <w:ind w:firstLine="720"/>
        <w:rPr>
          <w:bCs/>
          <w:color w:val="222222"/>
          <w:sz w:val="19"/>
          <w:szCs w:val="19"/>
        </w:rPr>
      </w:pPr>
      <w:r w:rsidRPr="008A36C1">
        <w:rPr>
          <w:b/>
          <w:color w:val="222222"/>
          <w:sz w:val="19"/>
          <w:szCs w:val="19"/>
        </w:rPr>
        <w:t>Degree:</w:t>
      </w:r>
      <w:r>
        <w:rPr>
          <w:b/>
          <w:color w:val="222222"/>
          <w:sz w:val="19"/>
          <w:szCs w:val="19"/>
        </w:rPr>
        <w:t xml:space="preserve"> </w:t>
      </w:r>
      <w:r>
        <w:rPr>
          <w:bCs/>
          <w:color w:val="222222"/>
          <w:sz w:val="19"/>
          <w:szCs w:val="19"/>
        </w:rPr>
        <w:t>B.Sc. in Software Engineering (English, %100 Scholarship)</w:t>
      </w:r>
    </w:p>
    <w:p w14:paraId="681A0BA2" w14:textId="6500EE82" w:rsidR="008A36C1" w:rsidRPr="008A36C1" w:rsidRDefault="008A36C1" w:rsidP="008A36C1">
      <w:pPr>
        <w:spacing w:after="24" w:line="360" w:lineRule="auto"/>
        <w:ind w:firstLine="720"/>
        <w:rPr>
          <w:sz w:val="19"/>
          <w:szCs w:val="19"/>
        </w:rPr>
      </w:pPr>
      <w:r w:rsidRPr="008A36C1">
        <w:rPr>
          <w:b/>
          <w:bCs/>
          <w:sz w:val="19"/>
          <w:szCs w:val="19"/>
        </w:rPr>
        <w:t>Location:</w:t>
      </w:r>
      <w:r>
        <w:rPr>
          <w:sz w:val="19"/>
          <w:szCs w:val="19"/>
        </w:rPr>
        <w:t xml:space="preserve"> Cyprus</w:t>
      </w:r>
    </w:p>
    <w:p w14:paraId="4D888B13" w14:textId="7C4D9925" w:rsidR="008A36C1" w:rsidRPr="008A36C1" w:rsidRDefault="008A36C1" w:rsidP="008A36C1">
      <w:pPr>
        <w:spacing w:after="24" w:line="600" w:lineRule="auto"/>
        <w:ind w:firstLine="720"/>
        <w:rPr>
          <w:sz w:val="19"/>
          <w:szCs w:val="19"/>
        </w:rPr>
      </w:pPr>
      <w:r w:rsidRPr="008A36C1">
        <w:rPr>
          <w:b/>
          <w:bCs/>
          <w:sz w:val="19"/>
          <w:szCs w:val="19"/>
        </w:rPr>
        <w:t>Period:</w:t>
      </w:r>
      <w:r>
        <w:rPr>
          <w:sz w:val="19"/>
          <w:szCs w:val="19"/>
        </w:rPr>
        <w:t xml:space="preserve"> Sep 2021 – Jan 2026</w:t>
      </w:r>
    </w:p>
    <w:p w14:paraId="2FBBAAAF" w14:textId="73EC5BBE" w:rsidR="007C422C" w:rsidRPr="000821E4" w:rsidRDefault="007C422C" w:rsidP="000821E4">
      <w:pPr>
        <w:pBdr>
          <w:bottom w:val="single" w:sz="7" w:space="2" w:color="D4DEE8"/>
        </w:pBdr>
        <w:spacing w:before="140" w:after="60"/>
        <w:rPr>
          <w:b/>
          <w:color w:val="102A43"/>
          <w:sz w:val="20"/>
        </w:rPr>
      </w:pPr>
      <w:r w:rsidRPr="000821E4">
        <w:rPr>
          <w:b/>
          <w:color w:val="102A43"/>
          <w:sz w:val="20"/>
        </w:rPr>
        <w:t>LANGUAGES</w:t>
      </w:r>
    </w:p>
    <w:p w14:paraId="4930B28E" w14:textId="61AB61C4" w:rsidR="007C422C" w:rsidRPr="00C654A6" w:rsidRDefault="007C422C" w:rsidP="008A36C1">
      <w:pPr>
        <w:spacing w:before="240" w:after="24" w:line="360" w:lineRule="auto"/>
        <w:ind w:firstLine="720"/>
        <w:rPr>
          <w:sz w:val="20"/>
        </w:rPr>
      </w:pPr>
      <w:r w:rsidRPr="00C654A6">
        <w:rPr>
          <w:sz w:val="20"/>
        </w:rPr>
        <w:t>Turkish — Native</w:t>
      </w:r>
    </w:p>
    <w:p w14:paraId="4490C1C7" w14:textId="566B6E9C" w:rsidR="007C422C" w:rsidRPr="00C654A6" w:rsidRDefault="007C422C" w:rsidP="008A36C1">
      <w:pPr>
        <w:spacing w:after="24" w:line="600" w:lineRule="auto"/>
        <w:ind w:firstLine="720"/>
      </w:pPr>
      <w:r w:rsidRPr="00C654A6">
        <w:rPr>
          <w:sz w:val="20"/>
        </w:rPr>
        <w:t>English — Professional Working Proficiency (C1/C2)</w:t>
      </w:r>
    </w:p>
    <w:p w14:paraId="0066CFA8" w14:textId="4B444E76" w:rsidR="007C422C" w:rsidRPr="00C654A6" w:rsidRDefault="007C422C" w:rsidP="000821E4">
      <w:pPr>
        <w:pBdr>
          <w:bottom w:val="single" w:sz="7" w:space="2" w:color="D4DEE8"/>
        </w:pBdr>
        <w:spacing w:before="140" w:after="60"/>
        <w:rPr>
          <w:b/>
          <w:color w:val="102A43"/>
          <w:sz w:val="20"/>
        </w:rPr>
      </w:pPr>
      <w:r w:rsidRPr="00C654A6">
        <w:rPr>
          <w:b/>
          <w:color w:val="102A43"/>
          <w:sz w:val="20"/>
        </w:rPr>
        <w:t>ADDITIONAL INFORMATION</w:t>
      </w:r>
    </w:p>
    <w:p w14:paraId="033903C7" w14:textId="77777777" w:rsidR="007C422C" w:rsidRPr="00C654A6" w:rsidRDefault="007C422C" w:rsidP="008A36C1">
      <w:pPr>
        <w:spacing w:before="240" w:after="20" w:line="360" w:lineRule="auto"/>
        <w:ind w:firstLine="720"/>
      </w:pPr>
      <w:r w:rsidRPr="00C654A6">
        <w:rPr>
          <w:b/>
          <w:bCs/>
          <w:sz w:val="20"/>
        </w:rPr>
        <w:t>Driving License:</w:t>
      </w:r>
      <w:r w:rsidRPr="00C654A6">
        <w:rPr>
          <w:sz w:val="20"/>
        </w:rPr>
        <w:t xml:space="preserve"> Class B</w:t>
      </w:r>
    </w:p>
    <w:p w14:paraId="3D528F0F" w14:textId="19D9F394" w:rsidR="007C422C" w:rsidRPr="00C654A6" w:rsidRDefault="007C422C" w:rsidP="008A36C1">
      <w:pPr>
        <w:spacing w:after="0" w:line="360" w:lineRule="auto"/>
        <w:ind w:left="720"/>
      </w:pPr>
      <w:r w:rsidRPr="00C654A6">
        <w:rPr>
          <w:b/>
          <w:bCs/>
          <w:sz w:val="20"/>
        </w:rPr>
        <w:t>Areas of Interest:</w:t>
      </w:r>
      <w:r w:rsidRPr="00C654A6">
        <w:rPr>
          <w:sz w:val="20"/>
        </w:rPr>
        <w:t xml:space="preserve"> Software Development,</w:t>
      </w:r>
      <w:r w:rsidR="00020CC5" w:rsidRPr="00C654A6">
        <w:rPr>
          <w:sz w:val="20"/>
        </w:rPr>
        <w:t xml:space="preserve"> Backend Engineering,</w:t>
      </w:r>
      <w:r w:rsidRPr="00C654A6">
        <w:rPr>
          <w:sz w:val="20"/>
        </w:rPr>
        <w:t xml:space="preserve"> Artificial Intelligence, Computer Vision, Cybersecurity, Defense Technologies, Team Sports</w:t>
      </w:r>
    </w:p>
    <w:p w14:paraId="2C76D958" w14:textId="0B65EBFA" w:rsidR="007F247D" w:rsidRDefault="007F247D"/>
    <w:sectPr w:rsidR="007F247D" w:rsidSect="00034616">
      <w:pgSz w:w="12240" w:h="15840"/>
      <w:pgMar w:top="691" w:right="893" w:bottom="691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7976694">
    <w:abstractNumId w:val="8"/>
  </w:num>
  <w:num w:numId="2" w16cid:durableId="1960794822">
    <w:abstractNumId w:val="6"/>
  </w:num>
  <w:num w:numId="3" w16cid:durableId="1073969970">
    <w:abstractNumId w:val="5"/>
  </w:num>
  <w:num w:numId="4" w16cid:durableId="928543289">
    <w:abstractNumId w:val="4"/>
  </w:num>
  <w:num w:numId="5" w16cid:durableId="1026176182">
    <w:abstractNumId w:val="7"/>
  </w:num>
  <w:num w:numId="6" w16cid:durableId="1087580247">
    <w:abstractNumId w:val="3"/>
  </w:num>
  <w:num w:numId="7" w16cid:durableId="2015722526">
    <w:abstractNumId w:val="2"/>
  </w:num>
  <w:num w:numId="8" w16cid:durableId="1345089117">
    <w:abstractNumId w:val="1"/>
  </w:num>
  <w:num w:numId="9" w16cid:durableId="71377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CC5"/>
    <w:rsid w:val="00034616"/>
    <w:rsid w:val="0006063C"/>
    <w:rsid w:val="000821E4"/>
    <w:rsid w:val="000D51D0"/>
    <w:rsid w:val="0015074B"/>
    <w:rsid w:val="0017383B"/>
    <w:rsid w:val="001F1F1F"/>
    <w:rsid w:val="001F4764"/>
    <w:rsid w:val="0029639D"/>
    <w:rsid w:val="002B041F"/>
    <w:rsid w:val="00326F90"/>
    <w:rsid w:val="00351F84"/>
    <w:rsid w:val="003B6CB0"/>
    <w:rsid w:val="005C18AA"/>
    <w:rsid w:val="005E4644"/>
    <w:rsid w:val="006E5757"/>
    <w:rsid w:val="00736878"/>
    <w:rsid w:val="00747D16"/>
    <w:rsid w:val="007C422C"/>
    <w:rsid w:val="007F247D"/>
    <w:rsid w:val="0083236C"/>
    <w:rsid w:val="008A36C1"/>
    <w:rsid w:val="00970EE4"/>
    <w:rsid w:val="009A6470"/>
    <w:rsid w:val="00A24580"/>
    <w:rsid w:val="00A322E8"/>
    <w:rsid w:val="00A731E3"/>
    <w:rsid w:val="00AA1D8D"/>
    <w:rsid w:val="00B47730"/>
    <w:rsid w:val="00C654A6"/>
    <w:rsid w:val="00CB0664"/>
    <w:rsid w:val="00CB474E"/>
    <w:rsid w:val="00D8042A"/>
    <w:rsid w:val="00D93E74"/>
    <w:rsid w:val="00F676F3"/>
    <w:rsid w:val="00F7737A"/>
    <w:rsid w:val="00FC693F"/>
    <w:rsid w:val="3E97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1A761996-BB4E-48D4-8231-F3D4854E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noProof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70E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fatihcak" TargetMode="External"/><Relationship Id="rId3" Type="http://schemas.openxmlformats.org/officeDocument/2006/relationships/styles" Target="styles.xml"/><Relationship Id="rId7" Type="http://schemas.openxmlformats.org/officeDocument/2006/relationships/hyperlink" Target="https://linkedin.com/in/fatihca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tcakirr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atihcakir.d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d8881d-4062-46d6-b0ca-1cc939420954}" enabled="1" method="Privileged" siteId="{deff24bb-2089-4400-8c8e-f71e680378b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530</Words>
  <Characters>3379</Characters>
  <Application>Microsoft Office Word</Application>
  <DocSecurity>0</DocSecurity>
  <Lines>86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Cakir, Mahmut</dc:creator>
  <cp:keywords/>
  <dc:description>generated by python-docx</dc:description>
  <cp:lastModifiedBy>Cakir, Mahmut</cp:lastModifiedBy>
  <cp:revision>10</cp:revision>
  <dcterms:created xsi:type="dcterms:W3CDTF">2026-07-21T23:31:00Z</dcterms:created>
  <dcterms:modified xsi:type="dcterms:W3CDTF">2026-07-22T00:54:00Z</dcterms:modified>
  <cp:category/>
</cp:coreProperties>
</file>